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מחברת המתכונים של סבתא זוהרה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ואת פרטיו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לפרש את משמעות המחברת כסמל למורשת 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צורות לשון ואוצר מילים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מחברת מתכונים ישנה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צרפתית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באולפן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סופגניות מבצק מטוגן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מתכון לעוגיות שוקולד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בסיפור נכתב שהכריכה הייתה כחולה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סבתא אמרה שהכתמים והשגיאות הם חלק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בסיפור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נועה כתבה את המתכון שלה בעברית, בגיל צעיר יותר מסבתה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הריבוי התקני של המילה דור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שבע־עשרה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מעוגל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אולפן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רביעי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(מצאה את המחברת ומוסיפה מתכון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(כתבה את המחברת מאז עלייתה לארץ)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(סופגניות שאוכלים במימונה)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ללימוד עברית לעולים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(מזכירים חגים וארוחות משפחתיות)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היא תרגלה כתיבה בעברית דרך כתיבת המתכונים, זה היה דרכה ללמוד את השפה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אמא של סבתא בקזבלנקה, סבתא זוהרה, ההורים של נועה (מרומז), ונועה 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המחברת מכילה זיכרונות, חגים ואנשים שהיו חשובים לה, ולכן היא מרגישה שם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לשון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הצורה המוכפלת מבטאת גוון חלש או חלקי של הצבע, לא צבע מלא וחזק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מנומקת הכוללת עמדה ברורה, שני נימוקים, דוגמה אחת ומשפט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מחברת מתכונים ישנה עם כריכה כחולה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הכתמים והשגיאות הם חלק מהזיכרון והסיפור המשפחתי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מתכון לעוגיות שוקולד, כנציגת הדור הרביעי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על מתכונים או חפצים משפחתיים ישנים שיש לתלמידים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הסיפור בקול רם ולעצור בכל פסקה לשאלות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כדאי לעודד תלמידים לשתף מתכון או מנהג מהמשפחה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מחברת המתכונים של סבתא זוהרה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בסיפור נועה מגלה מחברת מתכונים ישנה של סבתה, שעלתה ממרוקו. דרך המחברת נלמד על מורשת, זהות ושפה.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מצאה נועה במגירה התחתונה?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תמונות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מחברת מתכונים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מכתבים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בגדים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שפה כתבה סבתא את המתכונים הראשונים?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מאיפה עלתה סבתא זוהרה לארץ?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למדה סבתא לכתוב 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באולפן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באוניברסיטה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ספינג'?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עוגה מתוקה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סופגניות מבצק מטוגן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מרק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לחם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נועה הוסיפה למחברת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מתכון לעוגיות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לסבתא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למחברת הייתה כריכה אדומה.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זוהרה רצתה לכתוב את המחברת מחדש בצורה נקייה.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מתכון הספינג' קשור לחג המימונה.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נועה כתבה את המתכון שלה בצרפתית.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'דור' ברבים היא 'דורות'.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סבתא זוהרה עלתה לארץ ממרוקו בגיל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הכתב במחברת היה __________ ויפה.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הם המקום שבו למדו עולים חדשים 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נועה כתבה מתחת למתכון שלה: המתכון של נועה – הדור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סבתא אמרה שהמחברת היא לא רק מתכונים אלא ה__________ שלה.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ללימוד עברית לעולים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סבתא זוהרה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סופגניות שאוכלים במימונה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ספינג'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מזכירים חגים וארוחות משפחתיות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אולפן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כתבה את המחברת מאז עלייתה לארץ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הכתמים במחברת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מצאה את המחברת ומוסיפה מתכון 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סבתא אומרת שהמתכונים היו 'התרגיל שלי' באולפן?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הם ארבעת הדורות שרמוזים בסיפור?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סבתא מתכוונת כשהיא אומרת שהמחברת היא הבית שלה?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לשון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מוסיפה הצורה 'צהבהבים' למשמעות הצבע, בהשוואה למילה 'צהובים'?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60-80 מילים: האם אתם מסכימים עם סבתא שלא רצתה לכתוב את המחברת מחדש יפה ונקי? פתחו בעמדה, תנו שני נימוקים ודוגמה אחת, וסיימו במשפט מסכם.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מצאה נועה במגירה?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סבתא לא רצתה לכתוב את המחברת מחדש?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נועה הוסיפה למחברת בסוף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מחברת המתכונים של סבתא זוהרה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