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מחברת המתכונים של סבתא זוהרה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ואת פרטיו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את משמעות המחברת כסמל למורשת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צורות לשון ואוצר מילים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מחברת מתכונים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באולפן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סופגניות מבצק מטוגן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מתכון לעוגיות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נכתב שהכריכה הייתה כחולה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אמרה שהכתמים והשגיאות הם חלק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בסיפור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נועה כתבה את המתכון שלה בעברית, בגיל צעיר יותר מסבתה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הריבוי התקני של המילה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שבע־עשרה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מעוגל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אולפן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(מצאה את המחברת ומוסיפה מתכון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(כתבה את המחברת מאז עלייתה לארץ)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(סופגניות שאוכלים במימונה)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ללימוד עברית לעולים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(מזכירים חגים וארוחות משפחתיות)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תרגלה כתיבה בעברית דרך כתיבת המתכונים, זה היה דרכה ללמוד את השפה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של סבתא בקזבלנקה, סבתא זוהרה, ההורים של נועה (מרומז), ונועה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המחברת מכילה זיכרונות, חגים ואנשים שהיו חשובים לה, ולכן היא מרגישה שם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לשון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הצורה המוכפלת מבטאת גוון חלש או חלקי של הצבע, לא צבע מלא וחזק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מנומקת הכוללת עמדה ברורה, שני נימוקים, דוגמה אחת ומשפט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מחברת מתכונים ישנה עם כריכה כחולה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הכתמים והשגיאות הם חלק מהזיכרון והסיפור המשפחתי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מתכון לעוגיות שוקולד, כנציגת הדור הרביעי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מתכונים או חפצים משפחתיים ישנים שיש לתלמידים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בקול רם ולעצור בכל פסקה לשאלות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לעודד תלמידים לשתף מתכון או מנהג מהמשפחה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מחברת המתכונים של סבתא זוהרה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נועה מוצאת מחברת ישנה של סבתא שלה. במחברת יש מתכונים. נלמד על הסיפור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צְהַבְהַבִּים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צהובים מעט, כמו נייר ישן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אוּלְפָּן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עולים חדשים לומדים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דִּפְדְּפָה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העבירה דפים בזה אחר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סְפִינְג'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סופגניות מבצק מטוגן, מאכל מסורתי של יהודי צפון אפריקה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מִימוּנָה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שחוגגים במוצאי פסח, מנהג של יהודי מרוקו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במשפחה או בעם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הכיסוי החיצוני של ספר או מחברת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נועה מצאה במגירה?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מחברת מתכונים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מכתבים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שפה כתבו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מדינה הגיעה סבתא?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סבתא למדה 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באולפן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ספינג'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סופגניות מבצק מטוגן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מרק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לחם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נועה כתבה בעמוד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לעוגיות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למחברת הייתה כריכה אדומה.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זוהרה רצתה לכתוב את המחברת מחדש בצורה נקייה.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הספינג' קשור לחג המימונה.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כתבה את המתכון שלה בצרפתית.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'דור' ברבים היא 'דורות'.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סבתא זוהרה עלתה לארץ ממרוקו בגיל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הכתב במחברת היה __________ ויפה.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הם המקום שבו למדו עולים חדשים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נועה כתבה מתחת למתכון שלה: המתכון של נועה – הדור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סבתא אמרה שהמחברת היא לא רק מתכונים אלא ה__________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ללימוד עברית לעולים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סבתא זוהרה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סופגניות שאוכלים במימונה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ספינג'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מזכירים חגים וארוחות משפחתיות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מצאה את המחברת ומוסיפה מתכון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הכתמים במחברת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כתבה את המחברת מאז עלייתה לארץ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סבתא אומרת שהמתכונים היו 'התרגיל שלי' באולפן?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הם ארבעת הדורות שרמוזים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סבתא מתכוונת כשהיא אומרת שהמחברת היא הבית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לשון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מוסיפה הצורה 'צהבהבים' למשמעות הצבע, בהשוואה למילה 'צהובים'?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60-80 מילים: האם אתם מסכימים עם סבתא שלא רצתה לכתוב את המחברת מחדש יפה ונקי? פתחו בעמדה, תנו שני נימוקים ודוגמה אחת, וסיימו במשפט מסכם.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מצאה נועה במגירה?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סבתא לא רצתה לכתוב את המחברת מחדש?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נועה הוסיפה למחברת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מחברת המתכונים של סבתא זוהרה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